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" w:hAnsi="Arial" w:eastAsia="Arial"/>
          <w:b/>
          <w:sz w:val="38"/>
        </w:rPr>
        <w:t>ПАКТ – ДЕЦЕНТРАЛИЗОВАННАЯ ГАРАНТИЯ УЧАСТНИКОВ-СОИНВЕСТОРОВ ПРОЕКТА A-EL</w:t>
      </w:r>
    </w:p>
    <w:p>
      <w:pPr>
        <w:spacing w:after="360"/>
        <w:jc w:val="center"/>
      </w:pPr>
      <w:r>
        <w:rPr>
          <w:rFonts w:ascii="Arial" w:hAnsi="Arial" w:eastAsia="Arial"/>
          <w:b/>
          <w:sz w:val="20"/>
        </w:rPr>
        <w:t>Серия 0001                                                                                                                      № 0000000002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 xml:space="preserve">Термины, используемые в Пакте: Организатор - Татаркин Иван Александрович; Дата рождения: 23.04.1983; Место рождения: с. Репьевка, Воронежская область; Паспорт серия|номер: 4518 248301. Электронный адрес Организатора: iv8383@mail.ru. Запасной Электронный адрес Организатора: mobtaxi@gmail.com. Компания – вид деятельности Организатора – организация в сети Интернет сетевых онлайн продаж услуг по диагностике и ремонту автомобильного электрооборудования на территории континентов: Евразия, Северная Америка, Южная Америка, Африка, Австралия в рамках одного имени или бренда. Участник – долевой соинвестор Компании. Участники – долевые соинвесторы Компании. Депонирование – размещение в сети Интернет в одинаковое время списка всех участников Компании при помощи рассылки Организатором на электронную почту каждого Участника, указанную в самом списке. В списке указаны два электронных адреса, Организатор для рассылки выбирает любой из них. Письмо – список Депонирования. Реквизиты – 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>Доля: 0.5%. Социальные сети: https://vk.com/tatarkin_live, https://www.facebook.com/ivan.tatarkin. ФИО: Татаркин Иван Александрович. Дата рождения: 23.04.1983. Место рождения: Воронежская область, Репьевка. Электронные адреса: iv8383@mail.ru, nutpro@yandex.ru.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>Доля – процент Участника, указанный в Письме возле его Реквизитов, и являющийся частью Реквизитов Участника. Гарантия – единогласное свидетельство Участников о их принадлежности к Компании и их Доле с помощью предоставления Письма. Процент – общий процент, выделенный на всех Участников - до восьмидесяти процентов. Блокчейн - выстроенная по определённым правилам непрерывная последовательная цепочка блоков (связный список), содержащих информацию.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>По своей сути это Пакт, утверждающий список Депонирования совместно с деятельностью Организатора, указанной в нем, как вид деятельности Организатора. Пакт, свидетельствующий о договоренности среди Участников, у которых должна быть одинаковая форма подтверждения в виде Письма, что инвестор или соинвестор является Участником проекта при обязательном условии, что Участник с размером Доли должен быть внесен в таком Письме, разосланном в одно и то же время у каждого из Участников с электронного адреса Организатора указанного в Пакте. В случае изменения такого электронного адреса, Организатор единогласно со всеми Участниками должны подтвердить это изменение в любой доступной платформе видеосвязи, например Zoom, Skype, Google Meet и так далее, предъявив Письмо от Организатора с указанного электронного адреса в действующем Пакте. После предъявления Письма каждым Участником, должен быть составлен новый Пакт с новым электронным адресом Организатора, согласованным всеми Участниками Компании на выделенный под них размер процента доли Компании (указанный в действующем Пакте, как термин Процент). В новом Пакте должен быть указан предыдущий электронный адрес Организатора, который был указан в действующем Пакте вместе с новым электронным адресом Организатора. Организатор может использовать Запасной Электронный адрес для вышеуказанных действий, указанный в настоящем Пакте, как Запасной Электронный адрес Организатора. Таким образом, технология будет соответствовать принципу Блокчейн.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>Правила Депонирования: Гарантия осуществляется через Депонирование с обязательным наличием у каждого Участника двух любых аккаунтов в социальных сетях с фото, где в личных сообщениях указаны все Участники Компании и их долевые размеры, а именно: Доля в Компании, две ссылки на страницы социальных сетей, фамилия, имя, отчество, дата рождения, место рождения, два электронных адреса для рассылки. Всё это указывается, как указано в Реквизитах. При обновлении Письма вплоть до определенного количества Участников оговоренного Процента Компании, информация рассылается всем Участникам. Например: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 xml:space="preserve">Доля: 0.5%. Социальные сети: https://vk.com/tatarkin_live, https://www.facebook.com/ivan.tatarkin. 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>ФИО: Татаркин Иван Александрович. Дата рождения: 23.04.1983. Место рождения: Воронежская область, Репьевка. Электронные адреса: iv8383@mail.ru, nutpro@yandex.ru.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 xml:space="preserve">Всего по два, так как второй вариант записи - запасной. У всех участников в двух оговоренных социальных сетях есть два чата, где все они без исключения являются администраторами для связи и решения корпоративных задач при желании. При получении Письма Участником, оно переносится из папки Входящие в создаваемую папку Соинвесторы. Старые письма сохраняются аналогично цепочке блокчейна, а новые письма рассылаются вплоть до набора оговоренного количества Участников в Компании. Участники могут быть сверены в режиме онлайн в любой доступной платформе видеосвязи, например Zoom, Skype, Google Meet и так далее. Таким образом гарантируется участие Доли в Компании, бюрократия снижена. </w:t>
      </w:r>
    </w:p>
    <w:p>
      <w:pPr>
        <w:keepLines w:val="0"/>
        <w:spacing w:before="200"/>
        <w:ind w:firstLine="397"/>
        <w:jc w:val="both"/>
      </w:pPr>
      <w:r>
        <w:rPr>
          <w:rFonts w:ascii="Arial" w:hAnsi="Arial" w:eastAsia="Arial"/>
          <w:b/>
          <w:sz w:val="20"/>
        </w:rPr>
        <w:t xml:space="preserve">СПИСОК УЧАСТНИКОВ ЯВЛЯЕТСЯ КОНФИДЕНЦИАЛЬНОЙ ИНФОРМАЦИЕЙ. НИКТО ИЗ УЧАСТНИКОВ НЕ ИМЕЕТ ПРАВА БЕЗПРИЧИННО ЕЕ РАЗГЛАШАТЬ. ПРИЧИНА ДОЛЖНА БЫТЬ ВЕСОМОЙ И СОГЛАСОВАНА СО ВСЕМИ УЧАСТНИКАМИ. В ПРОТИВНОМ СЛУЧАЕ ЕДИНОГЛАСНЫМ РЕШЕНИЕМ УЧАСТНИК ИСКЛЮЧАЕТСЯ ИЗ УЧАСТИЯ, НО ЭТО НЕ КАСАЕТСЯ ОРГАНИЗАТОРА. ОРГАНИЗАТОР ПРОЕКТА ИМЕЕТ ПРАВО РАЗГЛАШАТЬ СПИСОК УЧАСТНИКОВ ДЛЯ ПРИВЛЕЧЕНИЯ НОВЫХ УЧАСТНИКОВ. 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 xml:space="preserve">Одинаковый список Участников – обязательное условие Гарантии. Свидетелями Гарантии являются все Участники. Именно это и делает Гарантию децентрализованной, и также Гарантию делает децентрализованной заранее оговоренное количество Участников на оговоренный Процент компании. 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 xml:space="preserve">Заключение: Настоящий ПАКТ дает Гарантию, что каждый Участник, находящийся в Письме у каждого из Участников, является владельцем и/или собственником Доли, ЧТО И ЯВЛЯЕТСЯ ОБЩИМ СВИДЕТЕЛЬСТВОМ УЧАСТНИКОВ НАЛИЧИЯ ДОЛИ КАЖДОГО УЧАСТНИКА В КОМПАНИИ. Размер Доли указан в Письме с Реквизитами Участника. 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>С уважением Организатор, Татаркин Иван Александрович; Дата рождения: 23.04.1983; Место рождения: Воронежская область, с. Репьевка; Паспорт серия|номер: 4518 248301.</w:t>
      </w:r>
    </w:p>
    <w:p>
      <w:pPr>
        <w:keepLines w:val="0"/>
        <w:ind w:firstLine="397"/>
        <w:jc w:val="both"/>
      </w:pPr>
      <w:r>
        <w:rPr>
          <w:rFonts w:ascii="Arial" w:hAnsi="Arial" w:eastAsia="Arial"/>
          <w:sz w:val="22"/>
        </w:rPr>
        <w:tab/>
        <w:tab/>
        <w:t>Дата:</w:t>
        <w:tab/>
        <w:t xml:space="preserve">                                                              Подпись Организатора:</w:t>
      </w:r>
    </w:p>
    <w:sectPr w:rsidR="00FC693F" w:rsidRPr="0006063C" w:rsidSect="00034616">
      <w:footerReference w:type="default" r:id="rId9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Пакт децентрализованной гарантии участников проекта A-EL</dc:title>
  <dc:subject>Правила децентрализованной гарантии и депонирования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